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55999" cy="8002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5999" cy="8002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60" w:after="120"/>
        <w:jc w:val="center"/>
      </w:pPr>
      <w:r>
        <w:rPr>
          <w:rFonts w:ascii="Georgia" w:hAnsi="Georgia" w:eastAsia="Georgia"/>
          <w:b w:val="0"/>
          <w:color w:val="1F2326"/>
          <w:sz w:val="52"/>
        </w:rPr>
        <w:t>Research Proposal Template</w:t>
      </w:r>
    </w:p>
    <w:p>
      <w:pPr>
        <w:spacing w:after="400"/>
        <w:jc w:val="center"/>
      </w:pPr>
      <w:r>
        <w:rPr>
          <w:rFonts w:ascii="Consolas" w:hAnsi="Consolas" w:eastAsia="Consolas"/>
          <w:color w:val="375A6B"/>
          <w:sz w:val="21"/>
        </w:rPr>
        <w:t>Official Template · v1.0 (2026)</w:t>
      </w:r>
    </w:p>
    <w:p>
      <w:pPr>
        <w:pBdr>
          <w:bottom w:val="single" w:sz="8" w:space="4" w:color="DADDDD"/>
        </w:pBdr>
        <w:spacing w:after="440"/>
      </w:pPr>
    </w:p>
    <w:p>
      <w:pPr>
        <w:spacing w:after="160"/>
      </w:pPr>
      <w:r>
        <w:rPr>
          <w:rFonts w:ascii="Consolas" w:hAnsi="Consolas" w:eastAsia="Consolas"/>
          <w:b/>
          <w:color w:val="5C6368"/>
          <w:sz w:val="20"/>
        </w:rPr>
        <w:t>Template Details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948"/>
        <w:gridCol w:w="6123"/>
      </w:tblGrid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Consolas"/>
                <w:b/>
                <w:color w:val="5C6368"/>
                <w:sz w:val="19"/>
              </w:rPr>
              <w:t>Format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Calibri"/>
                <w:color w:val="1F2326"/>
                <w:sz w:val="21"/>
              </w:rPr>
              <w:t>Microsoft Word (.docx)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Consolas"/>
                <w:b/>
                <w:color w:val="5C6368"/>
                <w:sz w:val="19"/>
              </w:rPr>
              <w:t>Version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Calibri"/>
                <w:color w:val="1F2326"/>
                <w:sz w:val="21"/>
              </w:rPr>
              <w:t>v1.0 (2026)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Consolas"/>
                <w:b/>
                <w:color w:val="5C6368"/>
                <w:sz w:val="19"/>
              </w:rPr>
              <w:t>Access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Calibri"/>
                <w:color w:val="1F2326"/>
                <w:sz w:val="21"/>
              </w:rPr>
              <w:t>Open — no registration required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Consolas"/>
                <w:b/>
                <w:color w:val="5C6368"/>
                <w:sz w:val="19"/>
              </w:rPr>
              <w:t>For Use With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Calibri"/>
                <w:color w:val="1F2326"/>
                <w:sz w:val="21"/>
              </w:rPr>
              <w:t>Research Project Proposal submissions</w:t>
            </w:r>
          </w:p>
        </w:tc>
      </w:tr>
    </w:tbl>
    <w:p>
      <w:pPr>
        <w:spacing w:after="80"/>
      </w:pPr>
    </w:p>
    <w:p>
      <w:pPr>
        <w:spacing w:after="400"/>
      </w:pPr>
      <w:r>
        <w:rPr>
          <w:rFonts w:ascii="Calibri" w:hAnsi="Calibri" w:eastAsia="Calibri"/>
          <w:color w:val="5C6368"/>
          <w:sz w:val="22"/>
        </w:rPr>
        <w:t>The Research Proposal Template provides a structured format for preparing submissions to the Institute. It includes placeholder text, formatting guidance, and section instructions. Complete all sections before submitting; incomplete proposals will be returned. Proposals may be submitted by email attachment to research@panorama-sg.com or via the Research Project Proposal web form.</w:t>
      </w:r>
    </w:p>
    <w:p>
      <w:pPr>
        <w:spacing w:before="120" w:after="80"/>
      </w:pPr>
      <w:r>
        <w:rPr>
          <w:rFonts w:ascii="Georgia" w:hAnsi="Georgia" w:eastAsia="Georgia"/>
          <w:b w:val="0"/>
          <w:color w:val="1F2326"/>
          <w:sz w:val="34"/>
        </w:rPr>
        <w:t>Template Structure</w:t>
      </w:r>
    </w:p>
    <w:p>
      <w:pPr>
        <w:pBdr>
          <w:bottom w:val="single" w:sz="6" w:space="4" w:color="DADDDD"/>
        </w:pBdr>
        <w:spacing w:after="20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Cover Page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Project title, lead researcher details, proposed research center, submission date.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[Project Title]</w:t>
              <w:br/>
              <w:t>[Lead Researcher Name, Affiliation]</w:t>
              <w:br/>
              <w:t>[Proposed Research Center]</w:t>
              <w:br/>
              <w:t>[Submission Date]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1. Project Title and Overview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Concise title and a 200-word summary of the proposed project.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[Insert a concise project title and a 200-word overview describing the aims and significance of the proposed research.]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2. Research Questions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Specific, clearly stated research questions.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[List the specific research questions this project will address, numbered.]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3. Background and Rationale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Context, literature review summary, and justification for the project.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[Insert the background, a brief review of relevant literature, and the rationale for undertaking this project.]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4. Methodology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Research design, methods, and justification.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[Describe the research design and methods to be used, and justify their appropriateness for the research questions.]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5. Expected Outputs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Publications, datasets, or other outputs, with a timeline.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[List expected outputs (e.g., working paper, dataset, policy brief) and the anticipated timeline for each.]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6. Proposed Research Center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Preferred Institute research center affiliation.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[State the research center this project is proposed under, or indicate "Open to recommendation."]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7. Lead Researcher Profile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Academic bio and relevant publications.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[Insert a brief academic biography of the lead researcher and a list of relevant publications.]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8. Co-investigators (if any)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Names, institutions, and roles.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[List any co-investigators, their institutional affiliation, and their role in the project.]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Ethics Declaration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Identification of any ethical considerations.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[Identify any ethical considerations (e.g., human subjects, sensitive data) and how they will be addressed, or state "No ethical considerations identified."]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r>
            <w:rPr>
              <w:rFonts w:ascii="Consolas" w:hAnsi="Consolas" w:eastAsia="Consolas"/>
              <w:color w:val="8A9196"/>
              <w:sz w:val="17"/>
            </w:rPr>
            <w:t>Panorama Research Institute  ·  research.panorama-sg.com  ·  Official Template</w:t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Consolas"/>
              <w:color w:val="8A9196"/>
              <w:sz w:val="17"/>
            </w:rPr>
            <w:t xml:space="preserve">Instructions · </w:t>
          </w:r>
          <w:r>
            <w:rPr>
              <w:rFonts w:ascii="Consolas" w:hAnsi="Consolas" w:eastAsia="Consolas"/>
              <w:color w:val="8A9196"/>
              <w:sz w:val="18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6" w:space="4" w:color="DADDDD"/>
      </w:pBdr>
    </w:pPr>
  </w:p>
  <w:tbl>
    <w:tblPr>
      <w:tblW w:type="auto" w:w="0"/>
      <w:jc w:val="center"/>
      <w:tblLayout w:type="autofit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96000" cy="244983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head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24498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Consolas"/>
              <w:color w:val="8A9196"/>
              <w:sz w:val="18"/>
            </w:rPr>
            <w:t>Official Template</w:t>
          </w:r>
        </w:p>
      </w:tc>
    </w:tr>
  </w:tbl>
  <w:p>
    <w:pPr>
      <w:pBdr>
        <w:bottom w:val="single" w:sz="6" w:space="4" w:color="DADDDD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